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בית – אוגדן פרומפטים מנצחים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סדנת "פרומפט מנצח" לצוות חינוכי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6 אבני הבניין של פרומפט מנצח ואת הסדר ביניהן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מבנה הסדנה וזמני השלבים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להפנים את כללי העבודה האחראית ואת עקרונות ההתאמה למסלולים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שני פרומפטים שונים לאותה משימה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בכותרת ובתסריט המנחה של הסדנה.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תפקיד, משימה, הקשר, פורמט, מגבלות ודוגמה.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פרטיות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כל אבן בניין לשאלה שהיא עונה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(איזה "כובע" הכלי לובש, למשל מורה לכיתה ז׳)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(מה בדיוק צריך להפיק)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(מידע רקע על הכיתה או הנושא)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(איך ייראה התוצר - טבלה, רשימה או טקסט)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הסדנה לפי הסדר הכרונולוגי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פתיחה: "אותה בקשה - שני עולמות"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הצגת 6 אבני הבניין עם 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עבודה בזוגות: בניית ושדרוג פרומפט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קיר הגלריה - הצגת השדרוגים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ושדרוג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פרומפט של שורה חסר פרטים כמו תפקיד והקשר, ולכן הכלי מנחש; פרומפט מלא כולל את כל אבני הבניין ומניב תוצר מדויק יותר.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לשמות נכונים מתוך 6 אבני הבניין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שדרוגים מעשיים וברי יישום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רלוונטית שתעלה בדיון המשך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חלקי ה-mc וה-tf במליאה לפני העבודה בזוגות כדי לוודא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הפתוחה מתאימה לעבודה בזוגות, בדומה למבנה הסדנה עצמה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השוו תשובות בחלק ההתאמה כדי לחזק את הקשר בין כל אבן בניין לשאלה שהיא פותרת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בית – אוגדן פרומפטים מנצחים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סדנת "פרומפט מנצח" לצוות חינוכי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דף זה מלווה את הסדנה "פרומפט מנצח" ומסייע לחברי הצוות לתרגל את תוכן המפגש: אבני הבניין של פרומפט, מהלך הזמנים, וכללי עבודה אחראית.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פרטיות  ·  הקשר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אבני בניין יש בפרומפט מנצח לפי הסדנה?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מציגה פעילות הפתיחה "אותה בקשה - שני עולמות"?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שני פרומפטים שונים לאותה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שני מורים מלמדים אותו 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שתי כיתות עם תלמידים שונים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הסדנה כולה אורכת 45 דקות.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בסדנה לומדים 6 אבני בניין לפרומפט מנצח.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הנוסחה היא: תפקיד → משימה → __________ → פורמט → מגבלות → דוגמה.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כלל העבודה האחראית הראשון הוא שמירה על __________ - בלי שמות ופרטים מזהים.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כל אבן בניין לשאלה שהיא עונה עליה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תפקיד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איך ייראה התוצר - טבלה, רשימה או 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איזה "כובע" הכלי לובש, למשל מורה לכיתה ז׳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מה בדיוק צריך להפיק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פורמט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מידע רקע על הכיתה או הנושא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הסדנה לפי הסדר הכרונולוגי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הצגת 6 אבני הבניין עם דוגמאות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עבודה בזוגות: בניית ושדרוג פרומפט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קיר הגלריה - הצגת השדרוגים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פתיחה: "אותה בקשה - שני עולמות"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ושדרוג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ההבדל בין פרומפט של שורה אחת לפרומפט מלא עם 6 אבני הבניין? תנו דוגמה 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מהן 3 אבני בניין שתזכרו מהסדנה?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אילו 2 שדרוגים תנסו השבוע?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סדנת "פרומפט מנצח" לצוות חינוכי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